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3CE40" w14:textId="77777777" w:rsidR="009D06B6" w:rsidRPr="00B26F97" w:rsidRDefault="00000000" w:rsidP="00B26F97">
      <w:pPr>
        <w:pStyle w:val="Titolo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26F97">
        <w:rPr>
          <w:rFonts w:ascii="Times New Roman" w:hAnsi="Times New Roman" w:cs="Times New Roman"/>
          <w:color w:val="auto"/>
          <w:sz w:val="24"/>
          <w:szCs w:val="24"/>
        </w:rPr>
        <w:t>PROPOSTA DI CONVENZIONE</w:t>
      </w:r>
    </w:p>
    <w:p w14:paraId="67AB13D0" w14:textId="77777777" w:rsidR="00B26F97" w:rsidRDefault="00B26F97">
      <w:pPr>
        <w:rPr>
          <w:rFonts w:ascii="Times New Roman" w:hAnsi="Times New Roman" w:cs="Times New Roman"/>
          <w:b/>
          <w:sz w:val="24"/>
          <w:szCs w:val="24"/>
        </w:rPr>
      </w:pPr>
    </w:p>
    <w:p w14:paraId="0C741DF6" w14:textId="77777777" w:rsidR="00B26F97" w:rsidRDefault="00000000">
      <w:pPr>
        <w:rPr>
          <w:rFonts w:ascii="Times New Roman" w:hAnsi="Times New Roman" w:cs="Times New Roman"/>
          <w:b/>
          <w:sz w:val="24"/>
          <w:szCs w:val="24"/>
        </w:rPr>
      </w:pPr>
      <w:r w:rsidRPr="00B26F97">
        <w:rPr>
          <w:rFonts w:ascii="Times New Roman" w:hAnsi="Times New Roman" w:cs="Times New Roman"/>
          <w:b/>
          <w:sz w:val="24"/>
          <w:szCs w:val="24"/>
        </w:rPr>
        <w:t>DATI DEL PROPONENTE</w:t>
      </w:r>
    </w:p>
    <w:p w14:paraId="4C88AA63" w14:textId="3850C728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Denominazione/Ragione Sociale: 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</w:t>
      </w:r>
    </w:p>
    <w:p w14:paraId="31FD7D1F" w14:textId="709E70CB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Settore di attività: 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_________________________</w:t>
      </w:r>
    </w:p>
    <w:p w14:paraId="64B5C9FA" w14:textId="20B2E00F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Partita IVA/Codice Fiscale: 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</w:t>
      </w:r>
    </w:p>
    <w:p w14:paraId="2D12731C" w14:textId="20A38F74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Sede legale: ________________________________________________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_____________</w:t>
      </w:r>
    </w:p>
    <w:p w14:paraId="37D6B33E" w14:textId="637A446D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Legale Rappresentante: 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____________________</w:t>
      </w:r>
    </w:p>
    <w:p w14:paraId="42A72299" w14:textId="680A8073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Referente della convenzione: 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</w:t>
      </w:r>
    </w:p>
    <w:p w14:paraId="73E709B6" w14:textId="4318AB03" w:rsid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Telefono: 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__________________</w:t>
      </w:r>
      <w:r w:rsidRPr="00B26F97">
        <w:rPr>
          <w:rFonts w:ascii="Times New Roman" w:hAnsi="Times New Roman" w:cs="Times New Roman"/>
          <w:sz w:val="24"/>
          <w:szCs w:val="24"/>
        </w:rPr>
        <w:t>E-mail: 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___________________</w:t>
      </w:r>
      <w:r w:rsidRPr="00B26F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70F97" w14:textId="74A4885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PEC: 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_____________________ S</w:t>
      </w:r>
      <w:r w:rsidRPr="00B26F97">
        <w:rPr>
          <w:rFonts w:ascii="Times New Roman" w:hAnsi="Times New Roman" w:cs="Times New Roman"/>
          <w:sz w:val="24"/>
          <w:szCs w:val="24"/>
        </w:rPr>
        <w:t>ito web: __________</w:t>
      </w:r>
      <w:r w:rsidR="00B26F97">
        <w:rPr>
          <w:rFonts w:ascii="Times New Roman" w:hAnsi="Times New Roman" w:cs="Times New Roman"/>
          <w:sz w:val="24"/>
          <w:szCs w:val="24"/>
        </w:rPr>
        <w:t>_________________</w:t>
      </w:r>
    </w:p>
    <w:p w14:paraId="5B4DDCAF" w14:textId="77777777" w:rsidR="009D06B6" w:rsidRPr="00B26F97" w:rsidRDefault="009D06B6">
      <w:pPr>
        <w:rPr>
          <w:rFonts w:ascii="Times New Roman" w:hAnsi="Times New Roman" w:cs="Times New Roman"/>
          <w:sz w:val="24"/>
          <w:szCs w:val="24"/>
        </w:rPr>
      </w:pPr>
    </w:p>
    <w:p w14:paraId="551814B1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PRODOTTI/SERVIZI OFFERTI</w:t>
      </w:r>
    </w:p>
    <w:p w14:paraId="17DEB274" w14:textId="5DBA4111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</w:t>
      </w:r>
    </w:p>
    <w:p w14:paraId="5570D20C" w14:textId="00EB0935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</w:t>
      </w:r>
    </w:p>
    <w:p w14:paraId="0D1C0A90" w14:textId="77777777" w:rsidR="00B26F97" w:rsidRDefault="00B26F97">
      <w:pPr>
        <w:rPr>
          <w:rFonts w:ascii="Times New Roman" w:hAnsi="Times New Roman" w:cs="Times New Roman"/>
          <w:sz w:val="24"/>
          <w:szCs w:val="24"/>
        </w:rPr>
      </w:pPr>
    </w:p>
    <w:p w14:paraId="2D5E6708" w14:textId="0DF50DB8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CONDIZIONI DELLA CONVENZIONE</w:t>
      </w:r>
    </w:p>
    <w:p w14:paraId="19A37B92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Agevolazioni riservate ai beneficiari:</w:t>
      </w:r>
    </w:p>
    <w:p w14:paraId="2FC84577" w14:textId="39D3A761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B26F97">
        <w:rPr>
          <w:rFonts w:ascii="Times New Roman" w:hAnsi="Times New Roman" w:cs="Times New Roman"/>
          <w:sz w:val="24"/>
          <w:szCs w:val="24"/>
        </w:rPr>
        <w:t>____________</w:t>
      </w:r>
    </w:p>
    <w:p w14:paraId="6D7231C6" w14:textId="43FDE04E" w:rsidR="009D06B6" w:rsidRPr="00B26F97" w:rsidRDefault="00B26F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14:paraId="50EC6427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BENEFICIARI</w:t>
      </w:r>
    </w:p>
    <w:p w14:paraId="17CB0350" w14:textId="77777777" w:rsidR="009D06B6" w:rsidRPr="00B26F97" w:rsidRDefault="00000000" w:rsidP="00B26F97">
      <w:pPr>
        <w:jc w:val="both"/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La convenzione è riservata ai soggetti individuati dall'Ordine dei Fisioterapisti di Napoli-Avellino-Benevento-Caserta secondo il Regolamento Convenzioni.</w:t>
      </w:r>
    </w:p>
    <w:p w14:paraId="5373460F" w14:textId="77777777" w:rsidR="00B26F97" w:rsidRDefault="00B26F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B42DA61" w14:textId="4D5F1346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DURATA</w:t>
      </w:r>
    </w:p>
    <w:p w14:paraId="0B5F66AF" w14:textId="77777777" w:rsid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 xml:space="preserve">Data inizio: ___/___/_____   </w:t>
      </w:r>
    </w:p>
    <w:p w14:paraId="7EC0A256" w14:textId="0853A14B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lastRenderedPageBreak/>
        <w:t>Data scadenza: ___/___/_____</w:t>
      </w:r>
    </w:p>
    <w:p w14:paraId="5BAA18C0" w14:textId="77777777" w:rsidR="009D06B6" w:rsidRPr="00B26F97" w:rsidRDefault="009D06B6">
      <w:pPr>
        <w:rPr>
          <w:rFonts w:ascii="Times New Roman" w:hAnsi="Times New Roman" w:cs="Times New Roman"/>
          <w:sz w:val="24"/>
          <w:szCs w:val="24"/>
        </w:rPr>
      </w:pPr>
    </w:p>
    <w:p w14:paraId="2784623B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DICHIARAZIONI</w:t>
      </w:r>
    </w:p>
    <w:p w14:paraId="1CB93B2A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- presa visione e accettazione del Regolamento Convenzioni;</w:t>
      </w:r>
    </w:p>
    <w:p w14:paraId="091F89E9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- assenza di conflitti di interesse;</w:t>
      </w:r>
    </w:p>
    <w:p w14:paraId="19FA6658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- veridicità delle informazioni;</w:t>
      </w:r>
    </w:p>
    <w:p w14:paraId="36350860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- mantenimento delle condizioni offerte;</w:t>
      </w:r>
    </w:p>
    <w:p w14:paraId="29DFDBED" w14:textId="77777777" w:rsidR="009D06B6" w:rsidRPr="00B26F97" w:rsidRDefault="009D06B6">
      <w:pPr>
        <w:rPr>
          <w:rFonts w:ascii="Times New Roman" w:hAnsi="Times New Roman" w:cs="Times New Roman"/>
          <w:sz w:val="24"/>
          <w:szCs w:val="24"/>
        </w:rPr>
      </w:pPr>
    </w:p>
    <w:p w14:paraId="0C04E0E0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PRIVACY</w:t>
      </w:r>
    </w:p>
    <w:p w14:paraId="05672CEB" w14:textId="24FE30DA" w:rsidR="009D06B6" w:rsidRDefault="007E1729">
      <w:pPr>
        <w:rPr>
          <w:rFonts w:ascii="Times New Roman" w:hAnsi="Times New Roman" w:cs="Times New Roman"/>
          <w:sz w:val="24"/>
          <w:szCs w:val="24"/>
        </w:rPr>
      </w:pPr>
      <w:r w:rsidRPr="007E1729">
        <w:rPr>
          <w:rFonts w:ascii="Times New Roman" w:hAnsi="Times New Roman" w:cs="Times New Roman"/>
          <w:sz w:val="24"/>
          <w:szCs w:val="24"/>
        </w:rPr>
        <w:t>Il proponente si impegna, prima dell'eventuale convenzionamento, a fornire la propria politica di privacy dei dati dei convenzionati.</w:t>
      </w:r>
    </w:p>
    <w:p w14:paraId="3E20310F" w14:textId="77777777" w:rsidR="007E1729" w:rsidRPr="00B26F97" w:rsidRDefault="007E1729">
      <w:pPr>
        <w:rPr>
          <w:rFonts w:ascii="Times New Roman" w:hAnsi="Times New Roman" w:cs="Times New Roman"/>
          <w:sz w:val="24"/>
          <w:szCs w:val="24"/>
        </w:rPr>
      </w:pPr>
    </w:p>
    <w:p w14:paraId="6232EBA4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RESPONSABILITÀ</w:t>
      </w:r>
    </w:p>
    <w:p w14:paraId="5686DC3A" w14:textId="77777777" w:rsidR="009D06B6" w:rsidRPr="00B26F97" w:rsidRDefault="00000000" w:rsidP="00B26F97">
      <w:pPr>
        <w:jc w:val="both"/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L'Ordine non risponde dei prodotti o servizi offerti. I rapporti contrattuali intercorrono esclusivamente tra beneficiario e proponente.</w:t>
      </w:r>
    </w:p>
    <w:p w14:paraId="0EBB7B42" w14:textId="77777777" w:rsidR="009D06B6" w:rsidRPr="00B26F97" w:rsidRDefault="009D06B6">
      <w:pPr>
        <w:rPr>
          <w:rFonts w:ascii="Times New Roman" w:hAnsi="Times New Roman" w:cs="Times New Roman"/>
          <w:sz w:val="24"/>
          <w:szCs w:val="24"/>
        </w:rPr>
      </w:pPr>
    </w:p>
    <w:p w14:paraId="497452D1" w14:textId="77777777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UTILIZZO DEL NOME E DEL LOGO</w:t>
      </w:r>
    </w:p>
    <w:p w14:paraId="0E99EC7A" w14:textId="77777777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L'utilizzo del nome o del logo dell'Ordine è consentito solo previa autorizzazione scritta e non costituisce patrocinio o certificazione.</w:t>
      </w:r>
    </w:p>
    <w:p w14:paraId="7B44848B" w14:textId="77777777" w:rsidR="00B26F97" w:rsidRDefault="00B26F97">
      <w:pPr>
        <w:rPr>
          <w:rFonts w:ascii="Times New Roman" w:hAnsi="Times New Roman" w:cs="Times New Roman"/>
          <w:sz w:val="24"/>
          <w:szCs w:val="24"/>
        </w:rPr>
      </w:pPr>
    </w:p>
    <w:p w14:paraId="3010030F" w14:textId="61259EA8" w:rsidR="009D06B6" w:rsidRPr="00B26F97" w:rsidRDefault="000000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26F97">
        <w:rPr>
          <w:rFonts w:ascii="Times New Roman" w:hAnsi="Times New Roman" w:cs="Times New Roman"/>
          <w:b/>
          <w:bCs/>
          <w:sz w:val="24"/>
          <w:szCs w:val="24"/>
        </w:rPr>
        <w:t>ALLEGATI</w:t>
      </w:r>
    </w:p>
    <w:p w14:paraId="2A7997C9" w14:textId="77777777" w:rsid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 xml:space="preserve">[ ] Brochure  </w:t>
      </w:r>
    </w:p>
    <w:p w14:paraId="1AF69C01" w14:textId="77777777" w:rsid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 xml:space="preserve">[ ] Listino prezzi   </w:t>
      </w:r>
    </w:p>
    <w:p w14:paraId="7152353B" w14:textId="3AA4943F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[ ] Altro __________</w:t>
      </w:r>
      <w:r w:rsidR="00EF67A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14:paraId="573A6090" w14:textId="77777777" w:rsidR="00B26F97" w:rsidRDefault="00B26F97">
      <w:pPr>
        <w:rPr>
          <w:rFonts w:ascii="Times New Roman" w:hAnsi="Times New Roman" w:cs="Times New Roman"/>
          <w:sz w:val="24"/>
          <w:szCs w:val="24"/>
        </w:rPr>
      </w:pPr>
    </w:p>
    <w:p w14:paraId="0995E757" w14:textId="6EEAE0BF" w:rsidR="009D06B6" w:rsidRPr="00B26F97" w:rsidRDefault="00000000">
      <w:pPr>
        <w:rPr>
          <w:rFonts w:ascii="Times New Roman" w:hAnsi="Times New Roman" w:cs="Times New Roman"/>
          <w:sz w:val="24"/>
          <w:szCs w:val="24"/>
        </w:rPr>
      </w:pPr>
      <w:r w:rsidRPr="00B26F97">
        <w:rPr>
          <w:rFonts w:ascii="Times New Roman" w:hAnsi="Times New Roman" w:cs="Times New Roman"/>
          <w:sz w:val="24"/>
          <w:szCs w:val="24"/>
        </w:rPr>
        <w:t>Luogo ____________    Data ___/___/_____</w:t>
      </w:r>
      <w:r w:rsidR="00B26F97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B26F97">
        <w:rPr>
          <w:rFonts w:ascii="Times New Roman" w:hAnsi="Times New Roman" w:cs="Times New Roman"/>
          <w:sz w:val="24"/>
          <w:szCs w:val="24"/>
        </w:rPr>
        <w:t>Il Legale Rappresentante</w:t>
      </w:r>
    </w:p>
    <w:sectPr w:rsidR="009D06B6" w:rsidRPr="00B26F97" w:rsidSect="00B26F97">
      <w:pgSz w:w="12240" w:h="15840"/>
      <w:pgMar w:top="851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6260375">
    <w:abstractNumId w:val="8"/>
  </w:num>
  <w:num w:numId="2" w16cid:durableId="890699886">
    <w:abstractNumId w:val="6"/>
  </w:num>
  <w:num w:numId="3" w16cid:durableId="2117820748">
    <w:abstractNumId w:val="5"/>
  </w:num>
  <w:num w:numId="4" w16cid:durableId="358628270">
    <w:abstractNumId w:val="4"/>
  </w:num>
  <w:num w:numId="5" w16cid:durableId="1790316900">
    <w:abstractNumId w:val="7"/>
  </w:num>
  <w:num w:numId="6" w16cid:durableId="1653021898">
    <w:abstractNumId w:val="3"/>
  </w:num>
  <w:num w:numId="7" w16cid:durableId="875579612">
    <w:abstractNumId w:val="2"/>
  </w:num>
  <w:num w:numId="8" w16cid:durableId="1181313254">
    <w:abstractNumId w:val="1"/>
  </w:num>
  <w:num w:numId="9" w16cid:durableId="1331718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7E1729"/>
    <w:rsid w:val="009D06B6"/>
    <w:rsid w:val="00AA1D8D"/>
    <w:rsid w:val="00B26F97"/>
    <w:rsid w:val="00B47730"/>
    <w:rsid w:val="00CB0664"/>
    <w:rsid w:val="00EF67AF"/>
    <w:rsid w:val="00FC06E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595057"/>
  <w14:defaultImageDpi w14:val="300"/>
  <w15:docId w15:val="{D30426C1-FBA6-4C56-9065-8434CA37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Avv. Bartolomeo Cuofano</cp:lastModifiedBy>
  <cp:revision>3</cp:revision>
  <dcterms:created xsi:type="dcterms:W3CDTF">2026-07-03T14:32:00Z</dcterms:created>
  <dcterms:modified xsi:type="dcterms:W3CDTF">2026-07-03T14:32:00Z</dcterms:modified>
  <cp:category/>
</cp:coreProperties>
</file>